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AEDF6" w14:textId="77777777" w:rsidR="00974F9F" w:rsidRPr="0085717F" w:rsidRDefault="006B2473" w:rsidP="00AE3951">
      <w:pPr>
        <w:pStyle w:val="1"/>
        <w:jc w:val="center"/>
        <w:rPr>
          <w:rFonts w:ascii="微軟正黑體" w:eastAsia="微軟正黑體" w:hAnsi="微軟正黑體"/>
          <w:sz w:val="32"/>
          <w:szCs w:val="32"/>
          <w:lang w:eastAsia="zh-TW"/>
        </w:rPr>
      </w:pPr>
      <w:r w:rsidRPr="006B2473">
        <w:rPr>
          <w:rFonts w:ascii="微軟正黑體" w:eastAsia="微軟正黑體" w:hAnsi="微軟正黑體"/>
          <w:noProof/>
          <w:sz w:val="32"/>
          <w:szCs w:val="32"/>
          <w:lang w:eastAsia="zh-TW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DE79EA" wp14:editId="4DF7B104">
                <wp:simplePos x="0" y="0"/>
                <wp:positionH relativeFrom="margin">
                  <wp:posOffset>5314950</wp:posOffset>
                </wp:positionH>
                <wp:positionV relativeFrom="paragraph">
                  <wp:posOffset>193040</wp:posOffset>
                </wp:positionV>
                <wp:extent cx="1242060" cy="320040"/>
                <wp:effectExtent l="0" t="0" r="15240" b="228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FF16D" w14:textId="77777777" w:rsidR="006B2473" w:rsidRPr="006B2473" w:rsidRDefault="006B2473">
                            <w:pPr>
                              <w:rPr>
                                <w:rFonts w:ascii="Times New Roman" w:eastAsia="微軟正黑體" w:hAnsi="Times New Roman" w:cs="Times New Roman"/>
                                <w:lang w:eastAsia="zh-TW"/>
                              </w:rPr>
                            </w:pPr>
                            <w:r w:rsidRPr="006B2473">
                              <w:rPr>
                                <w:rFonts w:ascii="Times New Roman" w:eastAsia="微軟正黑體" w:hAnsi="Times New Roman" w:cs="Times New Roman"/>
                              </w:rPr>
                              <w:t>1141201</w:t>
                            </w:r>
                            <w:r w:rsidR="00742040">
                              <w:rPr>
                                <w:rFonts w:ascii="Times New Roman" w:eastAsia="微軟正黑體" w:hAnsi="Times New Roman" w:cs="Times New Roman" w:hint="eastAsia"/>
                                <w:lang w:eastAsia="zh-TW"/>
                              </w:rPr>
                              <w:t>會議</w:t>
                            </w:r>
                            <w:r w:rsidRPr="006B2473">
                              <w:rPr>
                                <w:rFonts w:ascii="Times New Roman" w:eastAsia="微軟正黑體" w:hAnsi="Times New Roman" w:cs="Times New Roman"/>
                                <w:lang w:eastAsia="zh-TW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CDE79E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8.5pt;margin-top:15.2pt;width:97.8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">
                <v:textbox>
                  <w:txbxContent>
                    <w:p w14:paraId="0DDFF16D" w14:textId="77777777" w:rsidR="006B2473" w:rsidRPr="006B2473" w:rsidRDefault="006B2473">
                      <w:pPr>
                        <w:rPr>
                          <w:rFonts w:ascii="Times New Roman" w:eastAsia="微軟正黑體" w:hAnsi="Times New Roman" w:cs="Times New Roman"/>
                          <w:lang w:eastAsia="zh-TW"/>
                        </w:rPr>
                      </w:pPr>
                      <w:r w:rsidRPr="006B2473">
                        <w:rPr>
                          <w:rFonts w:ascii="Times New Roman" w:eastAsia="微軟正黑體" w:hAnsi="Times New Roman" w:cs="Times New Roman"/>
                        </w:rPr>
                        <w:t>1141201</w:t>
                      </w:r>
                      <w:r w:rsidR="00742040">
                        <w:rPr>
                          <w:rFonts w:ascii="Times New Roman" w:eastAsia="微軟正黑體" w:hAnsi="Times New Roman" w:cs="Times New Roman" w:hint="eastAsia"/>
                          <w:lang w:eastAsia="zh-TW"/>
                        </w:rPr>
                        <w:t>會議</w:t>
                      </w:r>
                      <w:r w:rsidRPr="006B2473">
                        <w:rPr>
                          <w:rFonts w:ascii="Times New Roman" w:eastAsia="微軟正黑體" w:hAnsi="Times New Roman" w:cs="Times New Roman"/>
                          <w:lang w:eastAsia="zh-TW"/>
                        </w:rPr>
                        <w:t>版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96C85" w:rsidRPr="0085717F">
        <w:rPr>
          <w:rFonts w:ascii="微軟正黑體" w:eastAsia="微軟正黑體" w:hAnsi="微軟正黑體"/>
          <w:sz w:val="32"/>
          <w:szCs w:val="32"/>
          <w:lang w:eastAsia="zh-TW"/>
        </w:rPr>
        <w:t>實習合作</w:t>
      </w:r>
      <w:r w:rsidR="00E2662E" w:rsidRPr="0085717F">
        <w:rPr>
          <w:rFonts w:ascii="微軟正黑體" w:eastAsia="微軟正黑體" w:hAnsi="微軟正黑體"/>
          <w:sz w:val="32"/>
          <w:szCs w:val="32"/>
          <w:lang w:eastAsia="zh-TW"/>
        </w:rPr>
        <w:t>機構</w:t>
      </w:r>
      <w:r w:rsidR="00496C85" w:rsidRPr="0085717F">
        <w:rPr>
          <w:rFonts w:ascii="微軟正黑體" w:eastAsia="微軟正黑體" w:hAnsi="微軟正黑體"/>
          <w:sz w:val="32"/>
          <w:szCs w:val="32"/>
          <w:lang w:eastAsia="zh-TW"/>
        </w:rPr>
        <w:t>切結書</w:t>
      </w:r>
      <w:r w:rsidR="00654678" w:rsidRPr="0085717F">
        <w:rPr>
          <w:rFonts w:ascii="微軟正黑體" w:eastAsia="微軟正黑體" w:hAnsi="微軟正黑體" w:hint="eastAsia"/>
          <w:sz w:val="32"/>
          <w:szCs w:val="32"/>
          <w:lang w:eastAsia="zh-TW"/>
        </w:rPr>
        <w:t>(範本)</w:t>
      </w:r>
      <w:bookmarkStart w:id="0" w:name="_GoBack"/>
      <w:bookmarkEnd w:id="0"/>
    </w:p>
    <w:p w14:paraId="29D7E0B1" w14:textId="77777777" w:rsidR="00ED646B" w:rsidRPr="00ED1153" w:rsidRDefault="00ED646B" w:rsidP="00ED646B">
      <w:pPr>
        <w:rPr>
          <w:rFonts w:eastAsia="新細明體"/>
          <w:sz w:val="6"/>
          <w:szCs w:val="6"/>
          <w:lang w:eastAsia="zh-TW"/>
        </w:rPr>
      </w:pPr>
    </w:p>
    <w:p w14:paraId="59D3B679" w14:textId="77777777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依據《專科以上學校產學合作實施辦法》第6條之2</w:t>
      </w:r>
      <w:r w:rsidR="007A06D3" w:rsidRPr="00654678">
        <w:rPr>
          <w:rFonts w:ascii="微軟正黑體" w:eastAsia="微軟正黑體" w:hAnsi="微軟正黑體"/>
          <w:sz w:val="24"/>
          <w:szCs w:val="24"/>
          <w:lang w:eastAsia="zh-TW"/>
        </w:rPr>
        <w:t>第</w:t>
      </w:r>
      <w:r w:rsidR="007A06D3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1</w:t>
      </w:r>
      <w:r w:rsidR="007A06D3" w:rsidRPr="00654678">
        <w:rPr>
          <w:rFonts w:ascii="微軟正黑體" w:eastAsia="微軟正黑體" w:hAnsi="微軟正黑體"/>
          <w:sz w:val="24"/>
          <w:szCs w:val="24"/>
          <w:lang w:eastAsia="zh-TW"/>
        </w:rPr>
        <w:t>項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規定，</w:t>
      </w:r>
      <w:r w:rsidR="007A06D3" w:rsidRPr="00654678">
        <w:rPr>
          <w:rFonts w:ascii="微軟正黑體" w:eastAsia="微軟正黑體" w:hAnsi="微軟正黑體"/>
          <w:sz w:val="24"/>
          <w:szCs w:val="24"/>
          <w:lang w:eastAsia="zh-TW"/>
        </w:rPr>
        <w:t>合作機構應符合下列條件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：</w:t>
      </w:r>
    </w:p>
    <w:p w14:paraId="2A0C276F" w14:textId="77777777" w:rsidR="00BA3484" w:rsidRPr="00654678" w:rsidRDefault="00496C85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一、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經依法設立或登記。</w:t>
      </w:r>
    </w:p>
    <w:p w14:paraId="2F51A13F" w14:textId="77777777" w:rsidR="00BA3484" w:rsidRPr="00654678" w:rsidRDefault="00BA3484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二、具足</w:t>
      </w:r>
      <w:r w:rsidRPr="00654678">
        <w:rPr>
          <w:rFonts w:ascii="微軟正黑體" w:eastAsia="微軟正黑體" w:hAnsi="微軟正黑體" w:cs="微軟正黑體" w:hint="eastAsia"/>
          <w:sz w:val="24"/>
          <w:szCs w:val="24"/>
          <w:lang w:eastAsia="zh-TW"/>
        </w:rPr>
        <w:t>夠</w:t>
      </w:r>
      <w:r w:rsidRPr="00654678">
        <w:rPr>
          <w:rFonts w:ascii="微軟正黑體" w:eastAsia="微軟正黑體" w:hAnsi="微軟正黑體" w:cs="MS Mincho" w:hint="eastAsia"/>
          <w:sz w:val="24"/>
          <w:szCs w:val="24"/>
          <w:lang w:eastAsia="zh-TW"/>
        </w:rPr>
        <w:t>訓練與指導人力及健全設施、設備。</w:t>
      </w:r>
    </w:p>
    <w:p w14:paraId="69A3B225" w14:textId="77777777" w:rsidR="00BA3484" w:rsidRPr="00654678" w:rsidRDefault="00BA3484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三、最近二年實習場所無發生重大職業災害。但雇主能證明無過失者，不在此限。</w:t>
      </w:r>
    </w:p>
    <w:p w14:paraId="47F6217D" w14:textId="77777777" w:rsidR="00BA3484" w:rsidRPr="00654678" w:rsidRDefault="00BA3484" w:rsidP="00ED1153">
      <w:pPr>
        <w:spacing w:line="320" w:lineRule="exact"/>
        <w:ind w:left="463" w:hangingChars="193" w:hanging="463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四、最近二年無違反勞動基準法第七十八條或第八十條規定處罰、第七十九條第二項規定處罰逾二次、同一規定，依第七十九條第一項處罰逾三次。</w:t>
      </w:r>
    </w:p>
    <w:p w14:paraId="486F8F67" w14:textId="77777777" w:rsidR="00BA3484" w:rsidRPr="00654678" w:rsidRDefault="00BA3484" w:rsidP="00ED1153">
      <w:pPr>
        <w:spacing w:line="320" w:lineRule="exact"/>
        <w:ind w:left="463" w:hangingChars="193" w:hanging="463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五、最近二年無違反勞工職業災害保險及保護法、勞工退休金條例相關規定，積欠勞工職業災害保險費、勞工退休金或滯納金，經限期繳納，屆期未繳納。</w:t>
      </w:r>
    </w:p>
    <w:p w14:paraId="7ADD37D5" w14:textId="77777777" w:rsidR="00BA3484" w:rsidRPr="00654678" w:rsidRDefault="00BA3484" w:rsidP="003601BA">
      <w:pPr>
        <w:spacing w:line="320" w:lineRule="exact"/>
        <w:ind w:left="425" w:hangingChars="177" w:hanging="425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六、最近二年無違反性別平等工作法有關性別歧視、性騷擾或就業服務法有關就業歧視之規</w:t>
      </w:r>
      <w:r w:rsidR="003601BA">
        <w:rPr>
          <w:rFonts w:ascii="微軟正黑體" w:eastAsia="微軟正黑體" w:hAnsi="微軟正黑體" w:hint="eastAsia"/>
          <w:sz w:val="24"/>
          <w:szCs w:val="24"/>
          <w:lang w:eastAsia="zh-TW"/>
        </w:rPr>
        <w:t xml:space="preserve"> </w:t>
      </w: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定，經予處罰。</w:t>
      </w:r>
    </w:p>
    <w:p w14:paraId="13B3E948" w14:textId="77777777" w:rsidR="00974F9F" w:rsidRPr="00654678" w:rsidRDefault="00BA3484" w:rsidP="00ED1153">
      <w:pPr>
        <w:spacing w:line="320" w:lineRule="exact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七、非從事派遣業務之事業單位。</w:t>
      </w:r>
    </w:p>
    <w:p w14:paraId="78092F38" w14:textId="77777777" w:rsidR="00ED646B" w:rsidRPr="00654678" w:rsidRDefault="00ED646B" w:rsidP="003A0357">
      <w:pPr>
        <w:spacing w:line="240" w:lineRule="auto"/>
        <w:rPr>
          <w:rFonts w:ascii="微軟正黑體" w:eastAsia="微軟正黑體" w:hAnsi="微軟正黑體"/>
          <w:sz w:val="10"/>
          <w:szCs w:val="10"/>
          <w:lang w:eastAsia="zh-TW"/>
        </w:rPr>
      </w:pPr>
    </w:p>
    <w:p w14:paraId="13655CCD" w14:textId="77777777" w:rsidR="00974F9F" w:rsidRPr="00654678" w:rsidRDefault="00496C85" w:rsidP="00ED646B">
      <w:pPr>
        <w:jc w:val="both"/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本次實習生實習所屬</w:t>
      </w:r>
      <w:bookmarkStart w:id="1" w:name="_Hlk215145694"/>
      <w:r w:rsidR="001771C1" w:rsidRPr="00654678">
        <w:rPr>
          <w:rFonts w:ascii="微軟正黑體" w:eastAsia="微軟正黑體" w:hAnsi="微軟正黑體" w:hint="eastAsia"/>
          <w:b/>
          <w:sz w:val="24"/>
          <w:szCs w:val="24"/>
          <w:u w:val="single"/>
          <w:lang w:eastAsia="zh-TW"/>
        </w:rPr>
        <w:t>分公司／分店／分廠／分工地</w:t>
      </w:r>
      <w:bookmarkEnd w:id="1"/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均符合上述規定，並依法保障學生實習期間之相關權益。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若於與學校合作期間，本</w:t>
      </w:r>
      <w:r w:rsidR="001771C1" w:rsidRPr="00654678">
        <w:rPr>
          <w:rFonts w:ascii="微軟正黑體" w:eastAsia="微軟正黑體" w:hAnsi="微軟正黑體" w:hint="eastAsia"/>
          <w:b/>
          <w:sz w:val="24"/>
          <w:szCs w:val="24"/>
          <w:u w:val="single"/>
          <w:lang w:eastAsia="zh-TW"/>
        </w:rPr>
        <w:t>分公司／分店／分廠／分工地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有</w:t>
      </w:r>
      <w:r w:rsidR="00E9503A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不符合上開條件或其他</w:t>
      </w:r>
      <w:r w:rsidR="00BA3484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任何違反法令之情形，本機構將立即主動通知學校，並配合學校採行暫停學生實習或其他必要措施。</w:t>
      </w:r>
    </w:p>
    <w:p w14:paraId="32A5D5DA" w14:textId="77777777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此致</w:t>
      </w:r>
    </w:p>
    <w:p w14:paraId="1F09DA93" w14:textId="77777777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國立屏東科技大學</w:t>
      </w:r>
    </w:p>
    <w:p w14:paraId="5812ECBA" w14:textId="77777777" w:rsidR="00ED646B" w:rsidRPr="0085717F" w:rsidRDefault="00ED646B">
      <w:pPr>
        <w:rPr>
          <w:rFonts w:ascii="微軟正黑體" w:eastAsia="微軟正黑體" w:hAnsi="微軟正黑體"/>
          <w:sz w:val="6"/>
          <w:szCs w:val="6"/>
          <w:lang w:eastAsia="zh-TW"/>
        </w:rPr>
      </w:pPr>
    </w:p>
    <w:p w14:paraId="691085AB" w14:textId="77777777" w:rsidR="003D198F" w:rsidRPr="00654678" w:rsidRDefault="003D198F" w:rsidP="003D198F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實習機構</w:t>
      </w:r>
      <w:r w:rsidR="00496C85" w:rsidRPr="00654678">
        <w:rPr>
          <w:rFonts w:ascii="微軟正黑體" w:eastAsia="微軟正黑體" w:hAnsi="微軟正黑體"/>
          <w:sz w:val="24"/>
          <w:szCs w:val="24"/>
          <w:lang w:eastAsia="zh-TW"/>
        </w:rPr>
        <w:t>名稱：________________________</w:t>
      </w:r>
      <w:r w:rsidR="00ED646B" w:rsidRPr="00654678">
        <w:rPr>
          <w:rFonts w:ascii="微軟正黑體" w:eastAsia="微軟正黑體" w:hAnsi="微軟正黑體" w:hint="eastAsia"/>
          <w:sz w:val="24"/>
          <w:szCs w:val="24"/>
          <w:lang w:eastAsia="zh-TW"/>
        </w:rPr>
        <w:t>（蓋章）</w:t>
      </w:r>
    </w:p>
    <w:p w14:paraId="39E4D2C1" w14:textId="77777777" w:rsidR="007A37D9" w:rsidRPr="00654678" w:rsidRDefault="007A37D9" w:rsidP="007A37D9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統一編號：________________________</w:t>
      </w:r>
    </w:p>
    <w:p w14:paraId="1A760397" w14:textId="77777777" w:rsidR="003D198F" w:rsidRPr="00654678" w:rsidRDefault="003D198F" w:rsidP="003D198F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負責人：________________________（簽章）</w:t>
      </w:r>
    </w:p>
    <w:p w14:paraId="3C748AA7" w14:textId="77777777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實習</w:t>
      </w:r>
      <w:r w:rsidR="001771C1" w:rsidRPr="00654678">
        <w:rPr>
          <w:rFonts w:ascii="微軟正黑體" w:eastAsia="微軟正黑體" w:hAnsi="微軟正黑體" w:hint="eastAsia"/>
          <w:b/>
          <w:sz w:val="24"/>
          <w:szCs w:val="24"/>
          <w:u w:val="single"/>
          <w:lang w:eastAsia="zh-TW"/>
        </w:rPr>
        <w:t>分公司／分店／分廠／分工地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地址：________________</w:t>
      </w:r>
      <w:r w:rsidR="003D198F" w:rsidRPr="00654678">
        <w:rPr>
          <w:rFonts w:ascii="微軟正黑體" w:eastAsia="微軟正黑體" w:hAnsi="微軟正黑體"/>
          <w:sz w:val="24"/>
          <w:szCs w:val="24"/>
          <w:lang w:eastAsia="zh-TW"/>
        </w:rPr>
        <w:t>________________________________</w:t>
      </w:r>
    </w:p>
    <w:p w14:paraId="5DF7F77E" w14:textId="77777777" w:rsidR="00974F9F" w:rsidRPr="00654678" w:rsidRDefault="00496C85">
      <w:pPr>
        <w:rPr>
          <w:rFonts w:ascii="微軟正黑體" w:eastAsia="微軟正黑體" w:hAnsi="微軟正黑體"/>
          <w:sz w:val="24"/>
          <w:szCs w:val="24"/>
          <w:lang w:eastAsia="zh-TW"/>
        </w:rPr>
      </w:pP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日期：_______年__</w:t>
      </w:r>
      <w:r w:rsidR="003601BA">
        <w:rPr>
          <w:rFonts w:ascii="微軟正黑體" w:eastAsia="微軟正黑體" w:hAnsi="微軟正黑體" w:hint="eastAsia"/>
          <w:sz w:val="24"/>
          <w:szCs w:val="24"/>
          <w:lang w:eastAsia="zh-TW"/>
        </w:rPr>
        <w:t>___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__月__</w:t>
      </w:r>
      <w:r w:rsidR="003601BA">
        <w:rPr>
          <w:rFonts w:ascii="微軟正黑體" w:eastAsia="微軟正黑體" w:hAnsi="微軟正黑體" w:hint="eastAsia"/>
          <w:sz w:val="24"/>
          <w:szCs w:val="24"/>
          <w:lang w:eastAsia="zh-TW"/>
        </w:rPr>
        <w:t>_____</w:t>
      </w:r>
      <w:r w:rsidRPr="00654678">
        <w:rPr>
          <w:rFonts w:ascii="微軟正黑體" w:eastAsia="微軟正黑體" w:hAnsi="微軟正黑體"/>
          <w:sz w:val="24"/>
          <w:szCs w:val="24"/>
          <w:lang w:eastAsia="zh-TW"/>
        </w:rPr>
        <w:t>__日</w:t>
      </w:r>
    </w:p>
    <w:sectPr w:rsidR="00974F9F" w:rsidRPr="00654678" w:rsidSect="00ED1153">
      <w:pgSz w:w="12240" w:h="15840"/>
      <w:pgMar w:top="28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C356F" w14:textId="77777777" w:rsidR="004610EA" w:rsidRDefault="004610EA" w:rsidP="00E9503A">
      <w:pPr>
        <w:spacing w:after="0" w:line="240" w:lineRule="auto"/>
      </w:pPr>
      <w:r>
        <w:separator/>
      </w:r>
    </w:p>
  </w:endnote>
  <w:endnote w:type="continuationSeparator" w:id="0">
    <w:p w14:paraId="4BAA2345" w14:textId="77777777" w:rsidR="004610EA" w:rsidRDefault="004610EA" w:rsidP="00E95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A87DC" w14:textId="77777777" w:rsidR="004610EA" w:rsidRDefault="004610EA" w:rsidP="00E9503A">
      <w:pPr>
        <w:spacing w:after="0" w:line="240" w:lineRule="auto"/>
      </w:pPr>
      <w:r>
        <w:separator/>
      </w:r>
    </w:p>
  </w:footnote>
  <w:footnote w:type="continuationSeparator" w:id="0">
    <w:p w14:paraId="27773DF5" w14:textId="77777777" w:rsidR="004610EA" w:rsidRDefault="004610EA" w:rsidP="00E95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746"/>
    <w:rsid w:val="0006063C"/>
    <w:rsid w:val="000B3F69"/>
    <w:rsid w:val="00125187"/>
    <w:rsid w:val="00136F70"/>
    <w:rsid w:val="0015074B"/>
    <w:rsid w:val="001771C1"/>
    <w:rsid w:val="00222494"/>
    <w:rsid w:val="0023162B"/>
    <w:rsid w:val="0029639D"/>
    <w:rsid w:val="002E57D1"/>
    <w:rsid w:val="002F3611"/>
    <w:rsid w:val="00326F90"/>
    <w:rsid w:val="003601BA"/>
    <w:rsid w:val="003A0357"/>
    <w:rsid w:val="003D198F"/>
    <w:rsid w:val="00415B06"/>
    <w:rsid w:val="004610EA"/>
    <w:rsid w:val="00474EC2"/>
    <w:rsid w:val="00496C85"/>
    <w:rsid w:val="005C049A"/>
    <w:rsid w:val="005E1904"/>
    <w:rsid w:val="00607ACF"/>
    <w:rsid w:val="00613B3B"/>
    <w:rsid w:val="00654678"/>
    <w:rsid w:val="006871C8"/>
    <w:rsid w:val="006B2473"/>
    <w:rsid w:val="00742040"/>
    <w:rsid w:val="007A06D3"/>
    <w:rsid w:val="007A37D9"/>
    <w:rsid w:val="007C433C"/>
    <w:rsid w:val="007C5524"/>
    <w:rsid w:val="008213DB"/>
    <w:rsid w:val="0085717F"/>
    <w:rsid w:val="008A674B"/>
    <w:rsid w:val="00974F9F"/>
    <w:rsid w:val="009D751D"/>
    <w:rsid w:val="009E3F5B"/>
    <w:rsid w:val="00AA1D8D"/>
    <w:rsid w:val="00AE3951"/>
    <w:rsid w:val="00B47730"/>
    <w:rsid w:val="00B73EC2"/>
    <w:rsid w:val="00BA3484"/>
    <w:rsid w:val="00C160F6"/>
    <w:rsid w:val="00C33B2D"/>
    <w:rsid w:val="00C8669C"/>
    <w:rsid w:val="00CB0664"/>
    <w:rsid w:val="00D17312"/>
    <w:rsid w:val="00D372BE"/>
    <w:rsid w:val="00D442AB"/>
    <w:rsid w:val="00E2662E"/>
    <w:rsid w:val="00E62786"/>
    <w:rsid w:val="00E9503A"/>
    <w:rsid w:val="00ED1153"/>
    <w:rsid w:val="00ED646B"/>
    <w:rsid w:val="00F61B56"/>
    <w:rsid w:val="00F832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3EB0F0"/>
  <w14:defaultImageDpi w14:val="300"/>
  <w15:docId w15:val="{ACFD4E32-0269-4C35-84EC-C410FE39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D49A15-E32B-415F-AB2E-712A10349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shuyi</cp:lastModifiedBy>
  <cp:revision>2</cp:revision>
  <cp:lastPrinted>2025-12-01T01:51:00Z</cp:lastPrinted>
  <dcterms:created xsi:type="dcterms:W3CDTF">2025-12-22T07:47:00Z</dcterms:created>
  <dcterms:modified xsi:type="dcterms:W3CDTF">2025-12-22T07:47:00Z</dcterms:modified>
  <cp:category/>
</cp:coreProperties>
</file>