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AEDF6" w14:textId="0C9B841B" w:rsidR="00974F9F" w:rsidRPr="00FE4629" w:rsidRDefault="009A5849" w:rsidP="00B56897">
      <w:pPr>
        <w:pStyle w:val="affb"/>
        <w:spacing w:before="100" w:beforeAutospacing="1" w:after="100" w:afterAutospacing="1"/>
        <w:jc w:val="center"/>
        <w:rPr>
          <w:sz w:val="32"/>
          <w:szCs w:val="32"/>
          <w:lang w:eastAsia="zh-TW"/>
        </w:rPr>
      </w:pPr>
      <w:r w:rsidRPr="00FE4629">
        <w:rPr>
          <w:rFonts w:ascii="微軟正黑體" w:hAnsi="微軟正黑體"/>
          <w:noProof/>
          <w:sz w:val="32"/>
          <w:szCs w:val="32"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DE79EA" wp14:editId="336ECAD9">
                <wp:simplePos x="0" y="0"/>
                <wp:positionH relativeFrom="margin">
                  <wp:posOffset>4271010</wp:posOffset>
                </wp:positionH>
                <wp:positionV relativeFrom="paragraph">
                  <wp:posOffset>182490</wp:posOffset>
                </wp:positionV>
                <wp:extent cx="1574800" cy="320040"/>
                <wp:effectExtent l="0" t="0" r="25400" b="228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FF16D" w14:textId="114B8044" w:rsidR="006B2473" w:rsidRPr="006B2473" w:rsidRDefault="006B2473">
                            <w:pPr>
                              <w:rPr>
                                <w:rFonts w:ascii="Times New Roman" w:eastAsia="微軟正黑體" w:hAnsi="Times New Roman" w:cs="Times New Roman"/>
                                <w:lang w:eastAsia="zh-TW"/>
                              </w:rPr>
                            </w:pPr>
                            <w:r w:rsidRPr="006B2473">
                              <w:rPr>
                                <w:rFonts w:ascii="Times New Roman" w:eastAsia="微軟正黑體" w:hAnsi="Times New Roman" w:cs="Times New Roman"/>
                              </w:rPr>
                              <w:t>11</w:t>
                            </w:r>
                            <w:r w:rsidR="009A5849">
                              <w:rPr>
                                <w:rFonts w:ascii="Times New Roman" w:eastAsia="微軟正黑體" w:hAnsi="Times New Roman" w:cs="Times New Roman" w:hint="eastAsia"/>
                                <w:lang w:eastAsia="zh-TW"/>
                              </w:rPr>
                              <w:t>501</w:t>
                            </w:r>
                            <w:r w:rsidR="00742040">
                              <w:rPr>
                                <w:rFonts w:ascii="Times New Roman" w:eastAsia="微軟正黑體" w:hAnsi="Times New Roman" w:cs="Times New Roman" w:hint="eastAsia"/>
                                <w:lang w:eastAsia="zh-TW"/>
                              </w:rPr>
                              <w:t>會議</w:t>
                            </w:r>
                            <w:r w:rsidR="00D5138A">
                              <w:rPr>
                                <w:rFonts w:ascii="Times New Roman" w:eastAsia="微軟正黑體" w:hAnsi="Times New Roman" w:cs="Times New Roman" w:hint="eastAsia"/>
                                <w:lang w:eastAsia="zh-TW"/>
                              </w:rPr>
                              <w:t>更新</w:t>
                            </w:r>
                            <w:r w:rsidRPr="006B2473">
                              <w:rPr>
                                <w:rFonts w:ascii="Times New Roman" w:eastAsia="微軟正黑體" w:hAnsi="Times New Roman" w:cs="Times New Roman"/>
                                <w:lang w:eastAsia="zh-TW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E79E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36.3pt;margin-top:14.35pt;width:124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">
                <v:textbox>
                  <w:txbxContent>
                    <w:p w14:paraId="0DDFF16D" w14:textId="114B8044" w:rsidR="006B2473" w:rsidRPr="006B2473" w:rsidRDefault="006B2473">
                      <w:pPr>
                        <w:rPr>
                          <w:rFonts w:ascii="Times New Roman" w:eastAsia="微軟正黑體" w:hAnsi="Times New Roman" w:cs="Times New Roman"/>
                          <w:lang w:eastAsia="zh-TW"/>
                        </w:rPr>
                      </w:pPr>
                      <w:r w:rsidRPr="006B2473">
                        <w:rPr>
                          <w:rFonts w:ascii="Times New Roman" w:eastAsia="微軟正黑體" w:hAnsi="Times New Roman" w:cs="Times New Roman"/>
                        </w:rPr>
                        <w:t>11</w:t>
                      </w:r>
                      <w:r w:rsidR="009A5849">
                        <w:rPr>
                          <w:rFonts w:ascii="Times New Roman" w:eastAsia="微軟正黑體" w:hAnsi="Times New Roman" w:cs="Times New Roman" w:hint="eastAsia"/>
                          <w:lang w:eastAsia="zh-TW"/>
                        </w:rPr>
                        <w:t>501</w:t>
                      </w:r>
                      <w:r w:rsidR="00742040">
                        <w:rPr>
                          <w:rFonts w:ascii="Times New Roman" w:eastAsia="微軟正黑體" w:hAnsi="Times New Roman" w:cs="Times New Roman" w:hint="eastAsia"/>
                          <w:lang w:eastAsia="zh-TW"/>
                        </w:rPr>
                        <w:t>會議</w:t>
                      </w:r>
                      <w:r w:rsidR="00D5138A">
                        <w:rPr>
                          <w:rFonts w:ascii="Times New Roman" w:eastAsia="微軟正黑體" w:hAnsi="Times New Roman" w:cs="Times New Roman" w:hint="eastAsia"/>
                          <w:lang w:eastAsia="zh-TW"/>
                        </w:rPr>
                        <w:t>更新</w:t>
                      </w:r>
                      <w:r w:rsidRPr="006B2473">
                        <w:rPr>
                          <w:rFonts w:ascii="Times New Roman" w:eastAsia="微軟正黑體" w:hAnsi="Times New Roman" w:cs="Times New Roman"/>
                          <w:lang w:eastAsia="zh-TW"/>
                        </w:rPr>
                        <w:t>版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4629" w:rsidRPr="00FE4629">
        <w:rPr>
          <w:rFonts w:ascii="微軟正黑體" w:hAnsi="微軟正黑體"/>
          <w:noProof/>
          <w:sz w:val="32"/>
          <w:szCs w:val="32"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032031" wp14:editId="0D5022B0">
                <wp:simplePos x="0" y="0"/>
                <wp:positionH relativeFrom="column">
                  <wp:posOffset>3218962</wp:posOffset>
                </wp:positionH>
                <wp:positionV relativeFrom="paragraph">
                  <wp:posOffset>-590843</wp:posOffset>
                </wp:positionV>
                <wp:extent cx="2851785" cy="704850"/>
                <wp:effectExtent l="0" t="0" r="24765" b="190500"/>
                <wp:wrapNone/>
                <wp:docPr id="772520375" name="語音泡泡: 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704850"/>
                        </a:xfrm>
                        <a:prstGeom prst="wedgeRoundRectCallout">
                          <a:avLst>
                            <a:gd name="adj1" fmla="val -43024"/>
                            <a:gd name="adj2" fmla="val 7173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4AEBD7" w14:textId="5F86198D" w:rsidR="009A3AC2" w:rsidRPr="00303547" w:rsidRDefault="009A3AC2" w:rsidP="009A3AC2">
                            <w:pPr>
                              <w:spacing w:after="0" w:line="240" w:lineRule="atLeast"/>
                              <w:jc w:val="center"/>
                              <w:rPr>
                                <w:rFonts w:ascii="微軟正黑體" w:eastAsia="微軟正黑體" w:hAnsi="微軟正黑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303547">
                              <w:rPr>
                                <w:rFonts w:ascii="微軟正黑體" w:eastAsia="微軟正黑體" w:hAnsi="微軟正黑體"/>
                                <w:sz w:val="24"/>
                                <w:szCs w:val="24"/>
                                <w:lang w:eastAsia="zh-TW"/>
                              </w:rPr>
                              <w:t>本切結書</w:t>
                            </w:r>
                            <w:r w:rsidR="0087394C" w:rsidRPr="00303547">
                              <w:rPr>
                                <w:rFonts w:ascii="微軟正黑體" w:eastAsia="微軟正黑體" w:hAnsi="微軟正黑體" w:hint="eastAsia"/>
                                <w:sz w:val="24"/>
                                <w:szCs w:val="24"/>
                                <w:lang w:eastAsia="zh-TW"/>
                              </w:rPr>
                              <w:t>至少簽一份</w:t>
                            </w:r>
                            <w:r w:rsidRPr="00303547">
                              <w:rPr>
                                <w:rFonts w:ascii="微軟正黑體" w:eastAsia="微軟正黑體" w:hAnsi="微軟正黑體"/>
                                <w:sz w:val="24"/>
                                <w:szCs w:val="24"/>
                                <w:lang w:eastAsia="zh-TW"/>
                              </w:rPr>
                              <w:t>，</w:t>
                            </w:r>
                            <w:r w:rsidR="0087394C" w:rsidRPr="00303547">
                              <w:rPr>
                                <w:rFonts w:ascii="微軟正黑體" w:eastAsia="微軟正黑體" w:hAnsi="微軟正黑體" w:hint="eastAsia"/>
                                <w:sz w:val="24"/>
                                <w:szCs w:val="24"/>
                                <w:lang w:eastAsia="zh-TW"/>
                              </w:rPr>
                              <w:t>於</w:t>
                            </w:r>
                            <w:r w:rsidRPr="00303547">
                              <w:rPr>
                                <w:rFonts w:ascii="微軟正黑體" w:eastAsia="微軟正黑體" w:hAnsi="微軟正黑體"/>
                                <w:sz w:val="24"/>
                                <w:szCs w:val="24"/>
                                <w:lang w:eastAsia="zh-TW"/>
                              </w:rPr>
                              <w:t>合約書</w:t>
                            </w:r>
                            <w:r w:rsidR="0087394C" w:rsidRPr="00303547">
                              <w:rPr>
                                <w:rFonts w:ascii="微軟正黑體" w:eastAsia="微軟正黑體" w:hAnsi="微軟正黑體" w:hint="eastAsia"/>
                                <w:sz w:val="24"/>
                                <w:szCs w:val="24"/>
                                <w:lang w:eastAsia="zh-TW"/>
                              </w:rPr>
                              <w:t>用印時完成機構簽署，作為合約書一部分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3203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語音泡泡: 圓角矩形 2" o:spid="_x0000_s1027" type="#_x0000_t62" style="position:absolute;left:0;text-align:left;margin-left:253.45pt;margin-top:-46.5pt;width:224.55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" adj="1507,26295" fillcolor="white [3201]" strokecolor="#c0504d [3205]" strokeweight="2pt">
                <v:textbox>
                  <w:txbxContent>
                    <w:p w14:paraId="6C4AEBD7" w14:textId="5F86198D" w:rsidR="009A3AC2" w:rsidRPr="00303547" w:rsidRDefault="009A3AC2" w:rsidP="009A3AC2">
                      <w:pPr>
                        <w:spacing w:after="0" w:line="240" w:lineRule="atLeast"/>
                        <w:jc w:val="center"/>
                        <w:rPr>
                          <w:rFonts w:ascii="微軟正黑體" w:eastAsia="微軟正黑體" w:hAnsi="微軟正黑體"/>
                          <w:sz w:val="24"/>
                          <w:szCs w:val="24"/>
                          <w:lang w:eastAsia="zh-TW"/>
                        </w:rPr>
                      </w:pPr>
                      <w:r w:rsidRPr="00303547">
                        <w:rPr>
                          <w:rFonts w:ascii="微軟正黑體" w:eastAsia="微軟正黑體" w:hAnsi="微軟正黑體"/>
                          <w:sz w:val="24"/>
                          <w:szCs w:val="24"/>
                          <w:lang w:eastAsia="zh-TW"/>
                        </w:rPr>
                        <w:t>本切結書</w:t>
                      </w:r>
                      <w:r w:rsidR="0087394C" w:rsidRPr="00303547">
                        <w:rPr>
                          <w:rFonts w:ascii="微軟正黑體" w:eastAsia="微軟正黑體" w:hAnsi="微軟正黑體" w:hint="eastAsia"/>
                          <w:sz w:val="24"/>
                          <w:szCs w:val="24"/>
                          <w:lang w:eastAsia="zh-TW"/>
                        </w:rPr>
                        <w:t>至少簽一份</w:t>
                      </w:r>
                      <w:r w:rsidRPr="00303547">
                        <w:rPr>
                          <w:rFonts w:ascii="微軟正黑體" w:eastAsia="微軟正黑體" w:hAnsi="微軟正黑體"/>
                          <w:sz w:val="24"/>
                          <w:szCs w:val="24"/>
                          <w:lang w:eastAsia="zh-TW"/>
                        </w:rPr>
                        <w:t>，</w:t>
                      </w:r>
                      <w:r w:rsidR="0087394C" w:rsidRPr="00303547">
                        <w:rPr>
                          <w:rFonts w:ascii="微軟正黑體" w:eastAsia="微軟正黑體" w:hAnsi="微軟正黑體" w:hint="eastAsia"/>
                          <w:sz w:val="24"/>
                          <w:szCs w:val="24"/>
                          <w:lang w:eastAsia="zh-TW"/>
                        </w:rPr>
                        <w:t>於</w:t>
                      </w:r>
                      <w:r w:rsidRPr="00303547">
                        <w:rPr>
                          <w:rFonts w:ascii="微軟正黑體" w:eastAsia="微軟正黑體" w:hAnsi="微軟正黑體"/>
                          <w:sz w:val="24"/>
                          <w:szCs w:val="24"/>
                          <w:lang w:eastAsia="zh-TW"/>
                        </w:rPr>
                        <w:t>合約書</w:t>
                      </w:r>
                      <w:r w:rsidR="0087394C" w:rsidRPr="00303547">
                        <w:rPr>
                          <w:rFonts w:ascii="微軟正黑體" w:eastAsia="微軟正黑體" w:hAnsi="微軟正黑體" w:hint="eastAsia"/>
                          <w:sz w:val="24"/>
                          <w:szCs w:val="24"/>
                          <w:lang w:eastAsia="zh-TW"/>
                        </w:rPr>
                        <w:t>用印時完成機構簽署，作為合約書一部分</w:t>
                      </w:r>
                    </w:p>
                  </w:txbxContent>
                </v:textbox>
              </v:shape>
            </w:pict>
          </mc:Fallback>
        </mc:AlternateContent>
      </w:r>
      <w:r w:rsidR="00496C85" w:rsidRPr="00FE4629">
        <w:rPr>
          <w:rFonts w:ascii="微軟正黑體" w:hAnsi="微軟正黑體"/>
          <w:sz w:val="32"/>
          <w:szCs w:val="32"/>
          <w:lang w:eastAsia="zh-TW"/>
        </w:rPr>
        <w:t>實習合作</w:t>
      </w:r>
      <w:r w:rsidR="00E2662E" w:rsidRPr="00FE4629">
        <w:rPr>
          <w:rFonts w:ascii="微軟正黑體" w:hAnsi="微軟正黑體"/>
          <w:sz w:val="32"/>
          <w:szCs w:val="32"/>
          <w:lang w:eastAsia="zh-TW"/>
        </w:rPr>
        <w:t>機構</w:t>
      </w:r>
      <w:r w:rsidR="00496C85" w:rsidRPr="00FE4629">
        <w:rPr>
          <w:rFonts w:ascii="微軟正黑體" w:hAnsi="微軟正黑體"/>
          <w:sz w:val="32"/>
          <w:szCs w:val="32"/>
          <w:lang w:eastAsia="zh-TW"/>
        </w:rPr>
        <w:t>切結書</w:t>
      </w:r>
    </w:p>
    <w:p w14:paraId="59D3B679" w14:textId="6D9F25D4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依據《專科以上學校產學合作實施辦法》第6條之2</w:t>
      </w:r>
      <w:r w:rsidR="007A06D3" w:rsidRPr="00654678">
        <w:rPr>
          <w:rFonts w:ascii="微軟正黑體" w:eastAsia="微軟正黑體" w:hAnsi="微軟正黑體"/>
          <w:sz w:val="24"/>
          <w:szCs w:val="24"/>
          <w:lang w:eastAsia="zh-TW"/>
        </w:rPr>
        <w:t>第</w:t>
      </w:r>
      <w:r w:rsidR="007A06D3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1</w:t>
      </w:r>
      <w:r w:rsidR="007A06D3" w:rsidRPr="00654678">
        <w:rPr>
          <w:rFonts w:ascii="微軟正黑體" w:eastAsia="微軟正黑體" w:hAnsi="微軟正黑體"/>
          <w:sz w:val="24"/>
          <w:szCs w:val="24"/>
          <w:lang w:eastAsia="zh-TW"/>
        </w:rPr>
        <w:t>項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規定，</w:t>
      </w:r>
      <w:r w:rsidR="007A06D3" w:rsidRPr="00654678">
        <w:rPr>
          <w:rFonts w:ascii="微軟正黑體" w:eastAsia="微軟正黑體" w:hAnsi="微軟正黑體"/>
          <w:sz w:val="24"/>
          <w:szCs w:val="24"/>
          <w:lang w:eastAsia="zh-TW"/>
        </w:rPr>
        <w:t>合作機構應符合下列條件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：</w:t>
      </w:r>
    </w:p>
    <w:p w14:paraId="2A0C276F" w14:textId="5C92C4C0" w:rsidR="00BA3484" w:rsidRPr="00654678" w:rsidRDefault="00496C85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一、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經依法設立或登記。</w:t>
      </w:r>
    </w:p>
    <w:p w14:paraId="2F51A13F" w14:textId="77777777" w:rsidR="00BA3484" w:rsidRPr="00654678" w:rsidRDefault="00BA3484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二、具足</w:t>
      </w:r>
      <w:r w:rsidRPr="00654678">
        <w:rPr>
          <w:rFonts w:ascii="微軟正黑體" w:eastAsia="微軟正黑體" w:hAnsi="微軟正黑體" w:cs="微軟正黑體" w:hint="eastAsia"/>
          <w:sz w:val="24"/>
          <w:szCs w:val="24"/>
          <w:lang w:eastAsia="zh-TW"/>
        </w:rPr>
        <w:t>夠</w:t>
      </w:r>
      <w:r w:rsidRPr="00654678">
        <w:rPr>
          <w:rFonts w:ascii="微軟正黑體" w:eastAsia="微軟正黑體" w:hAnsi="微軟正黑體" w:cs="MS Mincho" w:hint="eastAsia"/>
          <w:sz w:val="24"/>
          <w:szCs w:val="24"/>
          <w:lang w:eastAsia="zh-TW"/>
        </w:rPr>
        <w:t>訓練與指導人力及健全設施、設備。</w:t>
      </w:r>
    </w:p>
    <w:p w14:paraId="69A3B225" w14:textId="77777777" w:rsidR="00BA3484" w:rsidRPr="00654678" w:rsidRDefault="00BA3484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三、最近二年實習場所無發生重大職業災害。但雇主能證明無過失者，不在此限。</w:t>
      </w:r>
    </w:p>
    <w:p w14:paraId="47F6217D" w14:textId="77777777" w:rsidR="00BA3484" w:rsidRPr="00654678" w:rsidRDefault="00BA3484" w:rsidP="00ED1153">
      <w:pPr>
        <w:spacing w:line="320" w:lineRule="exact"/>
        <w:ind w:left="463" w:hangingChars="193" w:hanging="463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四、最近二年無違反勞動基準法第七十八條或第八十條規定處罰、第七十九條第二項規定處罰逾二次、同一規定，依第七十九條第一項處罰逾三次。</w:t>
      </w:r>
    </w:p>
    <w:p w14:paraId="486F8F67" w14:textId="77777777" w:rsidR="00BA3484" w:rsidRPr="00654678" w:rsidRDefault="00BA3484" w:rsidP="00ED1153">
      <w:pPr>
        <w:spacing w:line="320" w:lineRule="exact"/>
        <w:ind w:left="463" w:hangingChars="193" w:hanging="463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五、最近二年無違反勞工職業災害保險及保護法、勞工退休金條例相關規定，積欠勞工職業災害保險費、勞工退休金或滯納金，經限期繳納，屆期未繳納。</w:t>
      </w:r>
    </w:p>
    <w:p w14:paraId="7ADD37D5" w14:textId="34F4A776" w:rsidR="00BA3484" w:rsidRPr="00654678" w:rsidRDefault="009A5849" w:rsidP="003601BA">
      <w:pPr>
        <w:spacing w:line="320" w:lineRule="exact"/>
        <w:ind w:left="425" w:hangingChars="177" w:hanging="425"/>
        <w:rPr>
          <w:rFonts w:ascii="微軟正黑體" w:eastAsia="微軟正黑體" w:hAnsi="微軟正黑體"/>
          <w:sz w:val="24"/>
          <w:szCs w:val="24"/>
          <w:lang w:eastAsia="zh-TW"/>
        </w:rPr>
      </w:pPr>
      <w:r>
        <w:rPr>
          <w:rFonts w:ascii="微軟正黑體" w:eastAsia="微軟正黑體" w:hAnsi="微軟正黑體"/>
          <w:noProof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855FCB" wp14:editId="1CAFAE11">
                <wp:simplePos x="0" y="0"/>
                <wp:positionH relativeFrom="column">
                  <wp:posOffset>2642772</wp:posOffset>
                </wp:positionH>
                <wp:positionV relativeFrom="paragraph">
                  <wp:posOffset>355453</wp:posOffset>
                </wp:positionV>
                <wp:extent cx="3366574" cy="400930"/>
                <wp:effectExtent l="190500" t="0" r="24765" b="304165"/>
                <wp:wrapNone/>
                <wp:docPr id="1162837701" name="語音泡泡: 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6574" cy="400930"/>
                        </a:xfrm>
                        <a:prstGeom prst="wedgeRoundRectCallout">
                          <a:avLst>
                            <a:gd name="adj1" fmla="val -55634"/>
                            <a:gd name="adj2" fmla="val 12113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C37EA47" w14:textId="1C958E36" w:rsidR="009A3AC2" w:rsidRPr="00303547" w:rsidRDefault="009A5849" w:rsidP="009A3AC2">
                            <w:pPr>
                              <w:spacing w:after="0" w:line="240" w:lineRule="atLeast"/>
                              <w:jc w:val="center"/>
                              <w:rPr>
                                <w:rFonts w:ascii="微軟正黑體" w:eastAsia="微軟正黑體" w:hAnsi="微軟正黑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24"/>
                                <w:szCs w:val="24"/>
                                <w:lang w:eastAsia="zh-TW"/>
                              </w:rPr>
                              <w:t>請勾選一種符合本次實習須簽訂切結的態樣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55FCB" id="_x0000_s1028" type="#_x0000_t62" style="position:absolute;left:0;text-align:left;margin-left:208.1pt;margin-top:28pt;width:265.1pt;height:3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" adj="-1217,36965" fillcolor="window" strokecolor="#c0504d" strokeweight="2pt">
                <v:textbox>
                  <w:txbxContent>
                    <w:p w14:paraId="3C37EA47" w14:textId="1C958E36" w:rsidR="009A3AC2" w:rsidRPr="00303547" w:rsidRDefault="009A5849" w:rsidP="009A3AC2">
                      <w:pPr>
                        <w:spacing w:after="0" w:line="240" w:lineRule="atLeast"/>
                        <w:jc w:val="center"/>
                        <w:rPr>
                          <w:rFonts w:ascii="微軟正黑體" w:eastAsia="微軟正黑體" w:hAnsi="微軟正黑體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 w:val="24"/>
                          <w:szCs w:val="24"/>
                          <w:lang w:eastAsia="zh-TW"/>
                        </w:rPr>
                        <w:t>請勾選一種符合本次實習須簽訂切結的態樣</w:t>
                      </w:r>
                    </w:p>
                  </w:txbxContent>
                </v:textbox>
              </v:shape>
            </w:pict>
          </mc:Fallback>
        </mc:AlternateConten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六、最近二年無違反性別平等工作法有關性別歧視、性騷擾或就業服務法有關就業歧視之規</w:t>
      </w:r>
      <w:r w:rsidR="003601BA">
        <w:rPr>
          <w:rFonts w:ascii="微軟正黑體" w:eastAsia="微軟正黑體" w:hAnsi="微軟正黑體" w:hint="eastAsia"/>
          <w:sz w:val="24"/>
          <w:szCs w:val="24"/>
          <w:lang w:eastAsia="zh-TW"/>
        </w:rPr>
        <w:t xml:space="preserve"> 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定，經予處罰。</w:t>
      </w:r>
    </w:p>
    <w:p w14:paraId="13B3E948" w14:textId="043D0BA7" w:rsidR="00974F9F" w:rsidRPr="00654678" w:rsidRDefault="00BA3484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七、非從事派遣業務之事業單位。</w:t>
      </w:r>
    </w:p>
    <w:p w14:paraId="78092F38" w14:textId="481A93F4" w:rsidR="00ED646B" w:rsidRPr="00654678" w:rsidRDefault="00ED646B" w:rsidP="003A0357">
      <w:pPr>
        <w:spacing w:line="240" w:lineRule="auto"/>
        <w:rPr>
          <w:rFonts w:ascii="微軟正黑體" w:eastAsia="微軟正黑體" w:hAnsi="微軟正黑體"/>
          <w:sz w:val="10"/>
          <w:szCs w:val="10"/>
          <w:lang w:eastAsia="zh-TW"/>
        </w:rPr>
      </w:pPr>
    </w:p>
    <w:p w14:paraId="13655CCD" w14:textId="01572F58" w:rsidR="00974F9F" w:rsidRPr="00654678" w:rsidRDefault="00496C85" w:rsidP="00ED646B">
      <w:pPr>
        <w:jc w:val="both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本次實習生實習所屬</w:t>
      </w:r>
      <w:bookmarkStart w:id="0" w:name="_Hlk215145694"/>
      <w:r w:rsidR="009A3AC2" w:rsidRPr="009A5849">
        <w:rPr>
          <w:rFonts w:ascii="微軟正黑體" w:eastAsia="微軟正黑體" w:hAnsi="微軟正黑體" w:hint="eastAsia"/>
          <w:sz w:val="40"/>
          <w:szCs w:val="40"/>
          <w:shd w:val="pct15" w:color="auto" w:fill="FFFFFF"/>
          <w:lang w:eastAsia="zh-TW"/>
        </w:rPr>
        <w:t>□</w:t>
      </w:r>
      <w:r w:rsidR="001771C1" w:rsidRPr="009A5849">
        <w:rPr>
          <w:rFonts w:ascii="微軟正黑體" w:eastAsia="微軟正黑體" w:hAnsi="微軟正黑體" w:hint="eastAsia"/>
          <w:b/>
          <w:sz w:val="24"/>
          <w:szCs w:val="24"/>
          <w:shd w:val="pct15" w:color="auto" w:fill="FFFFFF"/>
          <w:lang w:eastAsia="zh-TW"/>
        </w:rPr>
        <w:t>分公司</w:t>
      </w:r>
      <w:r w:rsidR="00DB2666" w:rsidRPr="009A5849">
        <w:rPr>
          <w:rFonts w:ascii="微軟正黑體" w:eastAsia="微軟正黑體" w:hAnsi="微軟正黑體" w:hint="eastAsia"/>
          <w:sz w:val="40"/>
          <w:szCs w:val="40"/>
          <w:shd w:val="pct15" w:color="auto" w:fill="FFFFFF"/>
          <w:lang w:eastAsia="zh-TW"/>
        </w:rPr>
        <w:t>□</w:t>
      </w:r>
      <w:r w:rsidR="001771C1" w:rsidRPr="009A5849">
        <w:rPr>
          <w:rFonts w:ascii="微軟正黑體" w:eastAsia="微軟正黑體" w:hAnsi="微軟正黑體" w:hint="eastAsia"/>
          <w:b/>
          <w:sz w:val="24"/>
          <w:szCs w:val="24"/>
          <w:shd w:val="pct15" w:color="auto" w:fill="FFFFFF"/>
          <w:lang w:eastAsia="zh-TW"/>
        </w:rPr>
        <w:t>分店</w:t>
      </w:r>
      <w:r w:rsidR="00DB2666" w:rsidRPr="009A5849">
        <w:rPr>
          <w:rFonts w:ascii="微軟正黑體" w:eastAsia="微軟正黑體" w:hAnsi="微軟正黑體" w:hint="eastAsia"/>
          <w:sz w:val="40"/>
          <w:szCs w:val="40"/>
          <w:shd w:val="pct15" w:color="auto" w:fill="FFFFFF"/>
          <w:lang w:eastAsia="zh-TW"/>
        </w:rPr>
        <w:t>□</w:t>
      </w:r>
      <w:r w:rsidR="001771C1" w:rsidRPr="009A5849">
        <w:rPr>
          <w:rFonts w:ascii="微軟正黑體" w:eastAsia="微軟正黑體" w:hAnsi="微軟正黑體" w:hint="eastAsia"/>
          <w:b/>
          <w:sz w:val="24"/>
          <w:szCs w:val="24"/>
          <w:shd w:val="pct15" w:color="auto" w:fill="FFFFFF"/>
          <w:lang w:eastAsia="zh-TW"/>
        </w:rPr>
        <w:t>分廠</w:t>
      </w:r>
      <w:r w:rsidR="00DB2666" w:rsidRPr="009A5849">
        <w:rPr>
          <w:rFonts w:ascii="微軟正黑體" w:eastAsia="微軟正黑體" w:hAnsi="微軟正黑體" w:hint="eastAsia"/>
          <w:sz w:val="40"/>
          <w:szCs w:val="40"/>
          <w:shd w:val="pct15" w:color="auto" w:fill="FFFFFF"/>
          <w:lang w:eastAsia="zh-TW"/>
        </w:rPr>
        <w:t>□</w:t>
      </w:r>
      <w:r w:rsidR="001771C1" w:rsidRPr="009A5849">
        <w:rPr>
          <w:rFonts w:ascii="微軟正黑體" w:eastAsia="微軟正黑體" w:hAnsi="微軟正黑體" w:hint="eastAsia"/>
          <w:b/>
          <w:sz w:val="24"/>
          <w:szCs w:val="24"/>
          <w:shd w:val="pct15" w:color="auto" w:fill="FFFFFF"/>
          <w:lang w:eastAsia="zh-TW"/>
        </w:rPr>
        <w:t>分工地</w:t>
      </w:r>
      <w:bookmarkEnd w:id="0"/>
      <w:r w:rsidR="00DB2666" w:rsidRPr="009A5849">
        <w:rPr>
          <w:rFonts w:ascii="微軟正黑體" w:eastAsia="微軟正黑體" w:hAnsi="微軟正黑體" w:hint="eastAsia"/>
          <w:b/>
          <w:bCs/>
          <w:sz w:val="40"/>
          <w:szCs w:val="40"/>
          <w:shd w:val="pct15" w:color="auto" w:fill="FFFFFF"/>
          <w:lang w:eastAsia="zh-TW"/>
        </w:rPr>
        <w:t>□</w:t>
      </w:r>
      <w:r w:rsidR="00DB2666" w:rsidRPr="009A5849">
        <w:rPr>
          <w:rFonts w:ascii="微軟正黑體" w:eastAsia="微軟正黑體" w:hAnsi="微軟正黑體" w:hint="eastAsia"/>
          <w:b/>
          <w:bCs/>
          <w:sz w:val="24"/>
          <w:szCs w:val="24"/>
          <w:shd w:val="pct15" w:color="auto" w:fill="FFFFFF"/>
          <w:lang w:eastAsia="zh-TW"/>
        </w:rPr>
        <w:t>分行</w:t>
      </w:r>
      <w:r w:rsidR="00DB2666" w:rsidRPr="009A5849">
        <w:rPr>
          <w:rFonts w:ascii="微軟正黑體" w:eastAsia="微軟正黑體" w:hAnsi="微軟正黑體" w:hint="eastAsia"/>
          <w:b/>
          <w:bCs/>
          <w:sz w:val="40"/>
          <w:szCs w:val="40"/>
          <w:shd w:val="pct15" w:color="auto" w:fill="FFFFFF"/>
          <w:lang w:eastAsia="zh-TW"/>
        </w:rPr>
        <w:t>□</w:t>
      </w:r>
      <w:r w:rsidR="00DB2666" w:rsidRPr="009A5849">
        <w:rPr>
          <w:rFonts w:ascii="微軟正黑體" w:eastAsia="微軟正黑體" w:hAnsi="微軟正黑體" w:hint="eastAsia"/>
          <w:b/>
          <w:bCs/>
          <w:sz w:val="24"/>
          <w:szCs w:val="24"/>
          <w:shd w:val="pct15" w:color="auto" w:fill="FFFFFF"/>
          <w:lang w:eastAsia="zh-TW"/>
        </w:rPr>
        <w:t>獨立運作</w:t>
      </w:r>
      <w:r w:rsidR="00C32824" w:rsidRPr="009A5849">
        <w:rPr>
          <w:rFonts w:ascii="微軟正黑體" w:eastAsia="微軟正黑體" w:hAnsi="微軟正黑體" w:hint="eastAsia"/>
          <w:b/>
          <w:bCs/>
          <w:sz w:val="24"/>
          <w:szCs w:val="24"/>
          <w:shd w:val="pct15" w:color="auto" w:fill="FFFFFF"/>
          <w:lang w:eastAsia="zh-TW"/>
        </w:rPr>
        <w:t>單位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均符合上述規定，並依法保障學生實習期間之相關權益。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若於與學校合作期間，有</w:t>
      </w:r>
      <w:r w:rsidR="00E9503A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不符合上開條件或其他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任何違反法令之情形，本機構將立即主動通知學校，並配合學校採行暫停學生實習或其他必要措施。</w:t>
      </w:r>
    </w:p>
    <w:p w14:paraId="32A5D5DA" w14:textId="3F01F060" w:rsidR="00974F9F" w:rsidRPr="00654678" w:rsidRDefault="00FE4629">
      <w:pPr>
        <w:rPr>
          <w:rFonts w:ascii="微軟正黑體" w:eastAsia="微軟正黑體" w:hAnsi="微軟正黑體"/>
          <w:sz w:val="24"/>
          <w:szCs w:val="24"/>
          <w:lang w:eastAsia="zh-TW"/>
        </w:rPr>
      </w:pPr>
      <w:r>
        <w:rPr>
          <w:rFonts w:ascii="微軟正黑體" w:eastAsia="微軟正黑體" w:hAnsi="微軟正黑體"/>
          <w:noProof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FD5B60" wp14:editId="481BA831">
                <wp:simplePos x="0" y="0"/>
                <wp:positionH relativeFrom="column">
                  <wp:posOffset>3462020</wp:posOffset>
                </wp:positionH>
                <wp:positionV relativeFrom="paragraph">
                  <wp:posOffset>214630</wp:posOffset>
                </wp:positionV>
                <wp:extent cx="2165350" cy="450850"/>
                <wp:effectExtent l="0" t="0" r="25400" b="387350"/>
                <wp:wrapNone/>
                <wp:docPr id="947506872" name="語音泡泡: 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0" cy="450850"/>
                        </a:xfrm>
                        <a:prstGeom prst="wedgeRoundRectCallout">
                          <a:avLst>
                            <a:gd name="adj1" fmla="val -48465"/>
                            <a:gd name="adj2" fmla="val 125750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6929A5" w14:textId="13D00721" w:rsidR="009A3AC2" w:rsidRPr="009A3AC2" w:rsidRDefault="009A3AC2" w:rsidP="009A3AC2">
                            <w:pPr>
                              <w:spacing w:after="0" w:line="240" w:lineRule="atLeast"/>
                              <w:jc w:val="center"/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03547">
                              <w:rPr>
                                <w:rFonts w:ascii="微軟正黑體" w:eastAsia="微軟正黑體" w:hAnsi="微軟正黑體"/>
                                <w:sz w:val="24"/>
                                <w:szCs w:val="24"/>
                                <w:lang w:eastAsia="zh-TW"/>
                              </w:rPr>
                              <w:t>蓋章須與合約書上相同</w:t>
                            </w:r>
                            <w:r w:rsidRPr="009A3AC2">
                              <w:rPr>
                                <w:rFonts w:ascii="微軟正黑體" w:eastAsia="微軟正黑體" w:hAnsi="微軟正黑體" w:hint="eastAsia"/>
                                <w:sz w:val="32"/>
                                <w:szCs w:val="32"/>
                                <w:lang w:eastAsia="zh-TW"/>
                              </w:rPr>
                              <w:t>（公司大小章）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D5B60" id="_x0000_s1029" type="#_x0000_t62" style="position:absolute;margin-left:272.6pt;margin-top:16.9pt;width:170.5pt;height:3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" adj="332,37962" fillcolor="window" strokecolor="#c0504d" strokeweight="2pt">
                <v:textbox>
                  <w:txbxContent>
                    <w:p w14:paraId="4F6929A5" w14:textId="13D00721" w:rsidR="009A3AC2" w:rsidRPr="009A3AC2" w:rsidRDefault="009A3AC2" w:rsidP="009A3AC2">
                      <w:pPr>
                        <w:spacing w:after="0" w:line="240" w:lineRule="atLeast"/>
                        <w:jc w:val="center"/>
                        <w:rPr>
                          <w:rFonts w:ascii="微軟正黑體" w:eastAsia="微軟正黑體" w:hAnsi="微軟正黑體"/>
                          <w:sz w:val="32"/>
                          <w:szCs w:val="32"/>
                          <w:lang w:eastAsia="zh-TW"/>
                        </w:rPr>
                      </w:pPr>
                      <w:r w:rsidRPr="00303547">
                        <w:rPr>
                          <w:rFonts w:ascii="微軟正黑體" w:eastAsia="微軟正黑體" w:hAnsi="微軟正黑體"/>
                          <w:sz w:val="24"/>
                          <w:szCs w:val="24"/>
                          <w:lang w:eastAsia="zh-TW"/>
                        </w:rPr>
                        <w:t>蓋章須與合約書上相同</w:t>
                      </w:r>
                      <w:r w:rsidRPr="009A3AC2">
                        <w:rPr>
                          <w:rFonts w:ascii="微軟正黑體" w:eastAsia="微軟正黑體" w:hAnsi="微軟正黑體" w:hint="eastAsia"/>
                          <w:sz w:val="32"/>
                          <w:szCs w:val="32"/>
                          <w:lang w:eastAsia="zh-TW"/>
                        </w:rPr>
                        <w:t>（公司大小章）</w:t>
                      </w:r>
                    </w:p>
                  </w:txbxContent>
                </v:textbox>
              </v:shape>
            </w:pict>
          </mc:Fallback>
        </mc:AlternateContent>
      </w:r>
      <w:r w:rsidR="00496C85" w:rsidRPr="00654678">
        <w:rPr>
          <w:rFonts w:ascii="微軟正黑體" w:eastAsia="微軟正黑體" w:hAnsi="微軟正黑體"/>
          <w:sz w:val="24"/>
          <w:szCs w:val="24"/>
          <w:lang w:eastAsia="zh-TW"/>
        </w:rPr>
        <w:t>此致</w:t>
      </w:r>
    </w:p>
    <w:p w14:paraId="1F09DA93" w14:textId="615CC517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國立屏東科技大學</w:t>
      </w:r>
    </w:p>
    <w:p w14:paraId="691085AB" w14:textId="5C18969A" w:rsidR="003D198F" w:rsidRPr="00654678" w:rsidRDefault="003D198F" w:rsidP="003D198F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實習機構</w:t>
      </w:r>
      <w:r w:rsidR="00496C85" w:rsidRPr="00654678">
        <w:rPr>
          <w:rFonts w:ascii="微軟正黑體" w:eastAsia="微軟正黑體" w:hAnsi="微軟正黑體"/>
          <w:sz w:val="24"/>
          <w:szCs w:val="24"/>
          <w:lang w:eastAsia="zh-TW"/>
        </w:rPr>
        <w:t>名稱：________________________</w:t>
      </w:r>
      <w:r w:rsidR="00ED646B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（蓋章）</w:t>
      </w:r>
    </w:p>
    <w:p w14:paraId="39E4D2C1" w14:textId="77777777" w:rsidR="007A37D9" w:rsidRPr="00654678" w:rsidRDefault="007A37D9" w:rsidP="007A37D9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統一編號：________________________</w:t>
      </w:r>
    </w:p>
    <w:p w14:paraId="1A760397" w14:textId="77777777" w:rsidR="003D198F" w:rsidRPr="00654678" w:rsidRDefault="003D198F" w:rsidP="003D198F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負責人：________________________（簽章）</w:t>
      </w:r>
    </w:p>
    <w:p w14:paraId="3C748AA7" w14:textId="22A8C9E2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實習地址：________________</w:t>
      </w:r>
      <w:r w:rsidR="003D198F" w:rsidRPr="00654678">
        <w:rPr>
          <w:rFonts w:ascii="微軟正黑體" w:eastAsia="微軟正黑體" w:hAnsi="微軟正黑體"/>
          <w:sz w:val="24"/>
          <w:szCs w:val="24"/>
          <w:lang w:eastAsia="zh-TW"/>
        </w:rPr>
        <w:t>________________________________</w:t>
      </w:r>
    </w:p>
    <w:p w14:paraId="5DF7F77E" w14:textId="77777777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日期：_______年__</w:t>
      </w:r>
      <w:r w:rsidR="003601BA">
        <w:rPr>
          <w:rFonts w:ascii="微軟正黑體" w:eastAsia="微軟正黑體" w:hAnsi="微軟正黑體" w:hint="eastAsia"/>
          <w:sz w:val="24"/>
          <w:szCs w:val="24"/>
          <w:lang w:eastAsia="zh-TW"/>
        </w:rPr>
        <w:t>___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__月__</w:t>
      </w:r>
      <w:r w:rsidR="003601BA">
        <w:rPr>
          <w:rFonts w:ascii="微軟正黑體" w:eastAsia="微軟正黑體" w:hAnsi="微軟正黑體" w:hint="eastAsia"/>
          <w:sz w:val="24"/>
          <w:szCs w:val="24"/>
          <w:lang w:eastAsia="zh-TW"/>
        </w:rPr>
        <w:t>_____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__日</w:t>
      </w:r>
    </w:p>
    <w:sectPr w:rsidR="00974F9F" w:rsidRPr="00654678" w:rsidSect="00FE4629">
      <w:pgSz w:w="11906" w:h="16838" w:code="9"/>
      <w:pgMar w:top="1440" w:right="1588" w:bottom="1440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374C5" w14:textId="77777777" w:rsidR="00981D18" w:rsidRDefault="00981D18" w:rsidP="00E9503A">
      <w:pPr>
        <w:spacing w:after="0" w:line="240" w:lineRule="auto"/>
      </w:pPr>
      <w:r>
        <w:separator/>
      </w:r>
    </w:p>
  </w:endnote>
  <w:endnote w:type="continuationSeparator" w:id="0">
    <w:p w14:paraId="2263F70C" w14:textId="77777777" w:rsidR="00981D18" w:rsidRDefault="00981D18" w:rsidP="00E95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7C63" w14:textId="77777777" w:rsidR="00981D18" w:rsidRDefault="00981D18" w:rsidP="00E9503A">
      <w:pPr>
        <w:spacing w:after="0" w:line="240" w:lineRule="auto"/>
      </w:pPr>
      <w:r>
        <w:separator/>
      </w:r>
    </w:p>
  </w:footnote>
  <w:footnote w:type="continuationSeparator" w:id="0">
    <w:p w14:paraId="7AE5F695" w14:textId="77777777" w:rsidR="00981D18" w:rsidRDefault="00981D18" w:rsidP="00E95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4638612">
    <w:abstractNumId w:val="8"/>
  </w:num>
  <w:num w:numId="2" w16cid:durableId="754135676">
    <w:abstractNumId w:val="6"/>
  </w:num>
  <w:num w:numId="3" w16cid:durableId="972519044">
    <w:abstractNumId w:val="5"/>
  </w:num>
  <w:num w:numId="4" w16cid:durableId="762187859">
    <w:abstractNumId w:val="4"/>
  </w:num>
  <w:num w:numId="5" w16cid:durableId="327368566">
    <w:abstractNumId w:val="7"/>
  </w:num>
  <w:num w:numId="6" w16cid:durableId="639461294">
    <w:abstractNumId w:val="3"/>
  </w:num>
  <w:num w:numId="7" w16cid:durableId="1490638666">
    <w:abstractNumId w:val="2"/>
  </w:num>
  <w:num w:numId="8" w16cid:durableId="507328359">
    <w:abstractNumId w:val="1"/>
  </w:num>
  <w:num w:numId="9" w16cid:durableId="24125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746"/>
    <w:rsid w:val="0006063C"/>
    <w:rsid w:val="000B3F69"/>
    <w:rsid w:val="00125187"/>
    <w:rsid w:val="00136F70"/>
    <w:rsid w:val="0015074B"/>
    <w:rsid w:val="001771C1"/>
    <w:rsid w:val="00222494"/>
    <w:rsid w:val="0023162B"/>
    <w:rsid w:val="0027447A"/>
    <w:rsid w:val="0029639D"/>
    <w:rsid w:val="002E57D1"/>
    <w:rsid w:val="002F3611"/>
    <w:rsid w:val="00303547"/>
    <w:rsid w:val="00317772"/>
    <w:rsid w:val="00326F90"/>
    <w:rsid w:val="003601BA"/>
    <w:rsid w:val="003A0357"/>
    <w:rsid w:val="003D198F"/>
    <w:rsid w:val="00415B06"/>
    <w:rsid w:val="00474EC2"/>
    <w:rsid w:val="00496C85"/>
    <w:rsid w:val="005C049A"/>
    <w:rsid w:val="005E1904"/>
    <w:rsid w:val="00607ACF"/>
    <w:rsid w:val="00613B3B"/>
    <w:rsid w:val="00654678"/>
    <w:rsid w:val="00681FCE"/>
    <w:rsid w:val="006871C8"/>
    <w:rsid w:val="006B2473"/>
    <w:rsid w:val="00736CF2"/>
    <w:rsid w:val="00742040"/>
    <w:rsid w:val="007A06D3"/>
    <w:rsid w:val="007A37D9"/>
    <w:rsid w:val="007C433C"/>
    <w:rsid w:val="007C5524"/>
    <w:rsid w:val="008213DB"/>
    <w:rsid w:val="0085717F"/>
    <w:rsid w:val="0087394C"/>
    <w:rsid w:val="00877302"/>
    <w:rsid w:val="008A674B"/>
    <w:rsid w:val="009712E5"/>
    <w:rsid w:val="00974F9F"/>
    <w:rsid w:val="00981D18"/>
    <w:rsid w:val="009A3AC2"/>
    <w:rsid w:val="009A5849"/>
    <w:rsid w:val="009D751D"/>
    <w:rsid w:val="009E3F5B"/>
    <w:rsid w:val="00A34331"/>
    <w:rsid w:val="00A3599E"/>
    <w:rsid w:val="00AA013A"/>
    <w:rsid w:val="00AA1D8D"/>
    <w:rsid w:val="00AA7647"/>
    <w:rsid w:val="00AB5A1C"/>
    <w:rsid w:val="00AC18B8"/>
    <w:rsid w:val="00AD6353"/>
    <w:rsid w:val="00AE3951"/>
    <w:rsid w:val="00B47730"/>
    <w:rsid w:val="00B56897"/>
    <w:rsid w:val="00B73EC2"/>
    <w:rsid w:val="00BA3484"/>
    <w:rsid w:val="00BA6FC1"/>
    <w:rsid w:val="00C32824"/>
    <w:rsid w:val="00C33B2D"/>
    <w:rsid w:val="00C8669C"/>
    <w:rsid w:val="00CB0664"/>
    <w:rsid w:val="00D17312"/>
    <w:rsid w:val="00D372BE"/>
    <w:rsid w:val="00D43D74"/>
    <w:rsid w:val="00D442AB"/>
    <w:rsid w:val="00D5138A"/>
    <w:rsid w:val="00DB2666"/>
    <w:rsid w:val="00E2662E"/>
    <w:rsid w:val="00E51B0F"/>
    <w:rsid w:val="00E62786"/>
    <w:rsid w:val="00E9503A"/>
    <w:rsid w:val="00EB74F4"/>
    <w:rsid w:val="00ED1153"/>
    <w:rsid w:val="00ED646B"/>
    <w:rsid w:val="00F61B56"/>
    <w:rsid w:val="00F8320D"/>
    <w:rsid w:val="00FC693F"/>
    <w:rsid w:val="00FE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3EB0F0"/>
  <w14:defaultImageDpi w14:val="300"/>
  <w15:docId w15:val="{ACFD4E32-0269-4C35-84EC-C410FE39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D6353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annotation reference"/>
    <w:basedOn w:val="a2"/>
    <w:uiPriority w:val="99"/>
    <w:semiHidden/>
    <w:unhideWhenUsed/>
    <w:rsid w:val="00D43D74"/>
    <w:rPr>
      <w:sz w:val="18"/>
      <w:szCs w:val="18"/>
    </w:rPr>
  </w:style>
  <w:style w:type="paragraph" w:styleId="affb">
    <w:name w:val="annotation text"/>
    <w:basedOn w:val="a1"/>
    <w:link w:val="affc"/>
    <w:uiPriority w:val="99"/>
    <w:unhideWhenUsed/>
    <w:rsid w:val="00AD6353"/>
    <w:rPr>
      <w:rFonts w:eastAsia="微軟正黑體"/>
      <w:sz w:val="44"/>
    </w:rPr>
  </w:style>
  <w:style w:type="character" w:customStyle="1" w:styleId="affc">
    <w:name w:val="註解文字 字元"/>
    <w:basedOn w:val="a2"/>
    <w:link w:val="affb"/>
    <w:uiPriority w:val="99"/>
    <w:rsid w:val="00AD6353"/>
    <w:rPr>
      <w:rFonts w:eastAsia="微軟正黑體"/>
      <w:sz w:val="44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D43D74"/>
    <w:rPr>
      <w:b/>
      <w:bCs/>
    </w:rPr>
  </w:style>
  <w:style w:type="character" w:customStyle="1" w:styleId="affe">
    <w:name w:val="註解主旨 字元"/>
    <w:basedOn w:val="affc"/>
    <w:link w:val="affd"/>
    <w:uiPriority w:val="99"/>
    <w:semiHidden/>
    <w:rsid w:val="00D43D74"/>
    <w:rPr>
      <w:rFonts w:eastAsia="微軟正黑體"/>
      <w:b/>
      <w:bCs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BC3DA0-9006-485C-A0D0-1521E6C9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cp:lastPrinted>2026-01-20T02:24:00Z</cp:lastPrinted>
  <dcterms:created xsi:type="dcterms:W3CDTF">2026-01-26T06:19:00Z</dcterms:created>
  <dcterms:modified xsi:type="dcterms:W3CDTF">2026-01-27T05:57:00Z</dcterms:modified>
  <cp:category/>
</cp:coreProperties>
</file>